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906" w:rsidRDefault="00377906">
      <w:pPr>
        <w:spacing w:after="100"/>
        <w:jc w:val="right"/>
      </w:pPr>
      <w:r>
        <w:rPr>
          <w:noProof/>
          <w:lang w:val="es-ES" w:eastAsia="es-ES"/>
        </w:rPr>
        <w:drawing>
          <wp:inline distT="0" distB="0" distL="0" distR="0" wp14:anchorId="196687FF" wp14:editId="0D7C090C">
            <wp:extent cx="1872000" cy="7224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ESMOoC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72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333" w:rsidRDefault="00741333">
      <w:pPr>
        <w:spacing w:after="100"/>
        <w:jc w:val="right"/>
      </w:pPr>
    </w:p>
    <w:p w:rsidR="00741333" w:rsidRDefault="00F75578">
      <w:pPr>
        <w:spacing w:after="40"/>
        <w:jc w:val="center"/>
      </w:pPr>
      <w:r>
        <w:rPr>
          <w:b/>
          <w:color w:val="00395C"/>
          <w:sz w:val="36"/>
        </w:rPr>
        <w:t>2nd</w:t>
      </w:r>
      <w:r w:rsidR="00E23156">
        <w:rPr>
          <w:b/>
          <w:color w:val="00395C"/>
          <w:sz w:val="36"/>
        </w:rPr>
        <w:t xml:space="preserve"> </w:t>
      </w:r>
      <w:proofErr w:type="spellStart"/>
      <w:r w:rsidR="00E23156">
        <w:rPr>
          <w:b/>
          <w:color w:val="00395C"/>
          <w:sz w:val="36"/>
        </w:rPr>
        <w:t>SESMOoC</w:t>
      </w:r>
      <w:proofErr w:type="spellEnd"/>
      <w:r>
        <w:rPr>
          <w:b/>
          <w:color w:val="00395C"/>
          <w:sz w:val="36"/>
        </w:rPr>
        <w:t xml:space="preserve"> Conference</w:t>
      </w:r>
      <w:r w:rsidR="00E23156">
        <w:rPr>
          <w:b/>
          <w:color w:val="00395C"/>
          <w:sz w:val="36"/>
        </w:rPr>
        <w:t xml:space="preserve"> 2026</w:t>
      </w:r>
    </w:p>
    <w:p w:rsidR="00741333" w:rsidRDefault="00E23156">
      <w:pPr>
        <w:spacing w:after="200"/>
        <w:jc w:val="center"/>
      </w:pPr>
      <w:r>
        <w:rPr>
          <w:b/>
          <w:color w:val="19A7B8"/>
          <w:sz w:val="26"/>
        </w:rPr>
        <w:t>ABSTRACT SUBMISSION TEMPLATE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2"/>
      </w:tblGrid>
      <w:tr w:rsidR="00741333">
        <w:tc>
          <w:tcPr>
            <w:tcW w:w="10312" w:type="dxa"/>
            <w:shd w:val="clear" w:color="auto" w:fill="EAF7FA"/>
            <w:tcMar>
              <w:top w:w="130" w:type="dxa"/>
              <w:left w:w="180" w:type="dxa"/>
              <w:bottom w:w="130" w:type="dxa"/>
              <w:right w:w="180" w:type="dxa"/>
            </w:tcMar>
          </w:tcPr>
          <w:p w:rsidR="00741333" w:rsidRDefault="00E23156">
            <w:pPr>
              <w:spacing w:after="0"/>
            </w:pPr>
            <w:r>
              <w:rPr>
                <w:b/>
                <w:color w:val="00395C"/>
                <w:sz w:val="19"/>
              </w:rPr>
              <w:t xml:space="preserve">Please complete this template in English. Maximum abstract length: 300 words. </w:t>
            </w:r>
            <w:r>
              <w:rPr>
                <w:color w:val="00395C"/>
                <w:sz w:val="19"/>
              </w:rPr>
              <w:t>Indicate your preferred presentation format below. Final allocation will be confirmed by the Scientific Committee.</w:t>
            </w:r>
          </w:p>
        </w:tc>
      </w:tr>
    </w:tbl>
    <w:p w:rsidR="00741333" w:rsidRDefault="00741333">
      <w:pPr>
        <w:spacing w:after="20"/>
      </w:pPr>
    </w:p>
    <w:p w:rsidR="00741333" w:rsidRDefault="00E23156">
      <w:pPr>
        <w:spacing w:before="80" w:after="40"/>
      </w:pPr>
      <w:r>
        <w:rPr>
          <w:b/>
          <w:color w:val="00395C"/>
        </w:rPr>
        <w:t>Title:</w:t>
      </w:r>
      <w:r>
        <w:rPr>
          <w:i/>
          <w:color w:val="646E78"/>
          <w:sz w:val="18"/>
        </w:rPr>
        <w:t xml:space="preserve">  Use sentence case; avoid abbreviations where possible.</w:t>
      </w:r>
    </w:p>
    <w:p w:rsidR="00741333" w:rsidRDefault="00E23156">
      <w:pPr>
        <w:spacing w:after="20" w:line="240" w:lineRule="auto"/>
      </w:pPr>
      <w:r>
        <w:rPr>
          <w:color w:val="BEC8CD"/>
          <w:sz w:val="18"/>
        </w:rPr>
        <w:t>________________________________________________________________________________</w:t>
      </w:r>
    </w:p>
    <w:p w:rsidR="00741333" w:rsidRDefault="00E23156">
      <w:pPr>
        <w:spacing w:before="80" w:after="40"/>
      </w:pPr>
      <w:r>
        <w:rPr>
          <w:b/>
          <w:color w:val="00395C"/>
        </w:rPr>
        <w:t>Authors:</w:t>
      </w:r>
      <w:r>
        <w:rPr>
          <w:i/>
          <w:color w:val="646E78"/>
          <w:sz w:val="18"/>
        </w:rPr>
        <w:t xml:space="preserve">  Name Surname¹, Name Surname². Underline the presenting author.</w:t>
      </w:r>
    </w:p>
    <w:p w:rsidR="00741333" w:rsidRDefault="00E23156">
      <w:pPr>
        <w:spacing w:after="20" w:line="240" w:lineRule="auto"/>
      </w:pPr>
      <w:r>
        <w:rPr>
          <w:color w:val="BEC8CD"/>
          <w:sz w:val="18"/>
        </w:rPr>
        <w:t>________________________________________________________________________________</w:t>
      </w:r>
    </w:p>
    <w:p w:rsidR="00741333" w:rsidRDefault="00E23156">
      <w:pPr>
        <w:spacing w:before="80" w:after="40"/>
      </w:pPr>
      <w:r>
        <w:rPr>
          <w:b/>
          <w:color w:val="00395C"/>
        </w:rPr>
        <w:t>Affiliations:</w:t>
      </w:r>
      <w:r>
        <w:rPr>
          <w:i/>
          <w:color w:val="646E78"/>
          <w:sz w:val="18"/>
        </w:rPr>
        <w:t xml:space="preserve">  Use superscript numbers to link authors and affiliations.</w:t>
      </w:r>
    </w:p>
    <w:p w:rsidR="00741333" w:rsidRDefault="00E23156">
      <w:pPr>
        <w:spacing w:after="20" w:line="240" w:lineRule="auto"/>
      </w:pPr>
      <w:r>
        <w:rPr>
          <w:color w:val="BEC8CD"/>
          <w:sz w:val="18"/>
        </w:rPr>
        <w:t>________________________________________________________________________________</w:t>
      </w:r>
    </w:p>
    <w:p w:rsidR="00741333" w:rsidRDefault="00E23156">
      <w:pPr>
        <w:spacing w:after="20" w:line="240" w:lineRule="auto"/>
      </w:pPr>
      <w:r>
        <w:rPr>
          <w:color w:val="BEC8CD"/>
          <w:sz w:val="18"/>
        </w:rPr>
        <w:t>________________________________________________________________________________</w:t>
      </w:r>
    </w:p>
    <w:p w:rsidR="00741333" w:rsidRDefault="00E23156">
      <w:pPr>
        <w:spacing w:before="80" w:after="40"/>
      </w:pPr>
      <w:r>
        <w:rPr>
          <w:b/>
          <w:color w:val="00395C"/>
        </w:rPr>
        <w:t>Corresponding email:</w:t>
      </w:r>
    </w:p>
    <w:p w:rsidR="00741333" w:rsidRDefault="00E23156">
      <w:pPr>
        <w:spacing w:after="20" w:line="240" w:lineRule="auto"/>
      </w:pPr>
      <w:r>
        <w:rPr>
          <w:color w:val="BEC8CD"/>
          <w:sz w:val="18"/>
        </w:rPr>
        <w:t>________________________________________________________________________________</w:t>
      </w:r>
    </w:p>
    <w:p w:rsidR="00741333" w:rsidRDefault="00E23156">
      <w:pPr>
        <w:spacing w:before="80" w:after="40"/>
      </w:pPr>
      <w:r>
        <w:rPr>
          <w:b/>
          <w:color w:val="00395C"/>
        </w:rPr>
        <w:t>Keywords (3-5):</w:t>
      </w:r>
    </w:p>
    <w:p w:rsidR="00741333" w:rsidRDefault="00E23156">
      <w:pPr>
        <w:spacing w:after="20" w:line="240" w:lineRule="auto"/>
      </w:pPr>
      <w:r>
        <w:rPr>
          <w:color w:val="BEC8CD"/>
          <w:sz w:val="18"/>
        </w:rPr>
        <w:t>________________________________________________________________________________</w:t>
      </w:r>
    </w:p>
    <w:p w:rsidR="00741333" w:rsidRDefault="00E23156">
      <w:pPr>
        <w:spacing w:before="100" w:after="60"/>
      </w:pPr>
      <w:r>
        <w:rPr>
          <w:b/>
          <w:color w:val="00395C"/>
        </w:rPr>
        <w:t>Abstract (≤ 300 words):</w:t>
      </w:r>
      <w:r>
        <w:rPr>
          <w:i/>
          <w:color w:val="646E78"/>
          <w:sz w:val="18"/>
        </w:rPr>
        <w:t xml:space="preserve">  Background / Objective · Methods · Results · Conclusions</w:t>
      </w: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F75578" w:rsidRDefault="00F75578">
      <w:pPr>
        <w:spacing w:before="100" w:after="60"/>
        <w:rPr>
          <w:color w:val="BEC8CD"/>
          <w:sz w:val="18"/>
        </w:rPr>
      </w:pPr>
    </w:p>
    <w:p w:rsidR="00741333" w:rsidRDefault="00E23156">
      <w:pPr>
        <w:spacing w:before="100" w:after="60"/>
      </w:pPr>
      <w:r>
        <w:rPr>
          <w:b/>
          <w:color w:val="00395C"/>
        </w:rPr>
        <w:t>Preferred presentation type: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3628"/>
        <w:gridCol w:w="3061"/>
      </w:tblGrid>
      <w:tr w:rsidR="00741333">
        <w:tc>
          <w:tcPr>
            <w:tcW w:w="2948" w:type="dxa"/>
            <w:shd w:val="clear" w:color="auto" w:fill="F5F9F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41333" w:rsidRDefault="00E23156">
            <w:pPr>
              <w:spacing w:after="0"/>
              <w:jc w:val="center"/>
            </w:pPr>
            <w:r>
              <w:rPr>
                <w:b/>
                <w:color w:val="00395C"/>
                <w:sz w:val="19"/>
              </w:rPr>
              <w:t>☐  Poster</w:t>
            </w:r>
          </w:p>
        </w:tc>
        <w:tc>
          <w:tcPr>
            <w:tcW w:w="3628" w:type="dxa"/>
            <w:shd w:val="clear" w:color="auto" w:fill="F5F9F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41333" w:rsidRDefault="00E23156">
            <w:pPr>
              <w:spacing w:after="0"/>
              <w:jc w:val="center"/>
            </w:pPr>
            <w:r>
              <w:rPr>
                <w:b/>
                <w:color w:val="00395C"/>
                <w:sz w:val="19"/>
              </w:rPr>
              <w:t>☐  Short Oral Communication</w:t>
            </w:r>
          </w:p>
        </w:tc>
        <w:tc>
          <w:tcPr>
            <w:tcW w:w="3061" w:type="dxa"/>
            <w:shd w:val="clear" w:color="auto" w:fill="F5F9F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41333" w:rsidRDefault="00E23156">
            <w:pPr>
              <w:spacing w:after="0"/>
              <w:jc w:val="center"/>
            </w:pPr>
            <w:r>
              <w:rPr>
                <w:b/>
                <w:color w:val="00395C"/>
                <w:sz w:val="19"/>
              </w:rPr>
              <w:t>☐  Either format</w:t>
            </w:r>
          </w:p>
        </w:tc>
      </w:tr>
    </w:tbl>
    <w:p w:rsidR="00F75578" w:rsidRDefault="00F75578">
      <w:pPr>
        <w:spacing w:before="180" w:after="40"/>
        <w:jc w:val="center"/>
        <w:rPr>
          <w:b/>
          <w:color w:val="19A7B8"/>
          <w:sz w:val="18"/>
        </w:rPr>
      </w:pPr>
    </w:p>
    <w:p w:rsidR="00F75578" w:rsidRDefault="00F75578">
      <w:pPr>
        <w:spacing w:before="180" w:after="40"/>
        <w:jc w:val="center"/>
        <w:rPr>
          <w:b/>
          <w:color w:val="19A7B8"/>
          <w:sz w:val="18"/>
        </w:rPr>
      </w:pPr>
    </w:p>
    <w:p w:rsidR="00741333" w:rsidRDefault="00E23156">
      <w:pPr>
        <w:spacing w:before="180" w:after="40"/>
        <w:jc w:val="center"/>
      </w:pPr>
      <w:r>
        <w:rPr>
          <w:b/>
          <w:color w:val="19A7B8"/>
          <w:sz w:val="18"/>
        </w:rPr>
        <w:t>SUBMISSION DEADLINE</w:t>
      </w:r>
    </w:p>
    <w:p w:rsidR="00741333" w:rsidRDefault="00377906">
      <w:pPr>
        <w:spacing w:after="20"/>
        <w:jc w:val="center"/>
      </w:pPr>
      <w:r>
        <w:rPr>
          <w:b/>
          <w:color w:val="00395C"/>
          <w:sz w:val="24"/>
        </w:rPr>
        <w:t>23</w:t>
      </w:r>
      <w:bookmarkStart w:id="0" w:name="_GoBack"/>
      <w:bookmarkEnd w:id="0"/>
      <w:r w:rsidR="00E23156">
        <w:rPr>
          <w:b/>
          <w:color w:val="00395C"/>
          <w:sz w:val="24"/>
        </w:rPr>
        <w:t xml:space="preserve"> October 2026 · 23:59 CET</w:t>
      </w:r>
    </w:p>
    <w:p w:rsidR="00741333" w:rsidRDefault="00E23156">
      <w:pPr>
        <w:spacing w:after="0"/>
        <w:jc w:val="center"/>
      </w:pPr>
      <w:r>
        <w:rPr>
          <w:i/>
          <w:color w:val="46505A"/>
          <w:sz w:val="19"/>
        </w:rPr>
        <w:t>Submit the completed template through the abstract submission form on the SESMOoC website.</w:t>
      </w:r>
    </w:p>
    <w:sectPr w:rsidR="00741333" w:rsidSect="00034616">
      <w:footerReference w:type="default" r:id="rId9"/>
      <w:pgSz w:w="12240" w:h="15840"/>
      <w:pgMar w:top="765" w:right="964" w:bottom="76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7AD" w:rsidRDefault="002017AD">
      <w:pPr>
        <w:spacing w:after="0" w:line="240" w:lineRule="auto"/>
      </w:pPr>
      <w:r>
        <w:separator/>
      </w:r>
    </w:p>
  </w:endnote>
  <w:endnote w:type="continuationSeparator" w:id="0">
    <w:p w:rsidR="002017AD" w:rsidRDefault="00201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333" w:rsidRDefault="00E23156">
    <w:pPr>
      <w:pStyle w:val="Piedepgina"/>
      <w:jc w:val="center"/>
    </w:pPr>
    <w:r>
      <w:rPr>
        <w:color w:val="646E78"/>
        <w:sz w:val="16"/>
      </w:rPr>
      <w:t>SESMOoC · Sociedad Española de Sistemas Microfisiológicos y Organ-on-a-Chip · sesmooc.com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7AD" w:rsidRDefault="002017AD">
      <w:pPr>
        <w:spacing w:after="0" w:line="240" w:lineRule="auto"/>
      </w:pPr>
      <w:r>
        <w:separator/>
      </w:r>
    </w:p>
  </w:footnote>
  <w:footnote w:type="continuationSeparator" w:id="0">
    <w:p w:rsidR="002017AD" w:rsidRDefault="00201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17AD"/>
    <w:rsid w:val="0029639D"/>
    <w:rsid w:val="00326F90"/>
    <w:rsid w:val="00377906"/>
    <w:rsid w:val="00741333"/>
    <w:rsid w:val="00AA1D8D"/>
    <w:rsid w:val="00B47730"/>
    <w:rsid w:val="00CB0664"/>
    <w:rsid w:val="00E23156"/>
    <w:rsid w:val="00F755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9AA90F"/>
  <w14:defaultImageDpi w14:val="330"/>
  <w15:docId w15:val="{0C758928-464A-4689-AA10-BB1FE6F8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53E010-E991-4C4D-8906-D65BBBD4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1189</Characters>
  <Application>Microsoft Office Word</Application>
  <DocSecurity>0</DocSecurity>
  <Lines>39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3</cp:revision>
  <dcterms:created xsi:type="dcterms:W3CDTF">2026-09-29T12:38:00Z</dcterms:created>
  <dcterms:modified xsi:type="dcterms:W3CDTF">2026-10-06T12:30:00Z</dcterms:modified>
  <cp:category/>
</cp:coreProperties>
</file>